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DCA0" w14:textId="77777777" w:rsidR="00C554A3" w:rsidRDefault="00000000">
      <w:pPr>
        <w:jc w:val="center"/>
      </w:pPr>
      <w:r>
        <w:rPr>
          <w:b/>
          <w:sz w:val="22"/>
        </w:rPr>
        <w:t>T.C.</w:t>
      </w:r>
    </w:p>
    <w:p w14:paraId="3D00A391" w14:textId="77777777" w:rsidR="00C554A3" w:rsidRDefault="00000000">
      <w:pPr>
        <w:jc w:val="center"/>
      </w:pPr>
      <w:r>
        <w:rPr>
          <w:b/>
          <w:sz w:val="26"/>
        </w:rPr>
        <w:t>ÜMRANİYE ATATÜRK MESLEKİ VE TEKNİK ANADOLU LİSESİ</w:t>
      </w:r>
    </w:p>
    <w:p w14:paraId="5C8FC96A" w14:textId="77777777" w:rsidR="00C554A3" w:rsidRDefault="00000000">
      <w:pPr>
        <w:jc w:val="center"/>
      </w:pPr>
      <w:r>
        <w:rPr>
          <w:b/>
          <w:sz w:val="24"/>
        </w:rPr>
        <w:t>MAKİNE VE TASARIM TEKNOLOJİSİ ALANI</w:t>
      </w:r>
    </w:p>
    <w:p w14:paraId="132EDC40" w14:textId="77777777" w:rsidR="00C554A3" w:rsidRDefault="00000000">
      <w:pPr>
        <w:jc w:val="center"/>
      </w:pPr>
      <w:r>
        <w:rPr>
          <w:b/>
          <w:sz w:val="24"/>
        </w:rPr>
        <w:t>2026-2027 EĞİTİM ÖĞRETİM YILI</w:t>
      </w:r>
    </w:p>
    <w:p w14:paraId="07C43694" w14:textId="77777777" w:rsidR="00C554A3" w:rsidRDefault="00000000">
      <w:pPr>
        <w:jc w:val="center"/>
      </w:pPr>
      <w:r>
        <w:rPr>
          <w:b/>
          <w:sz w:val="28"/>
        </w:rPr>
        <w:t>ZÜMRE ÖĞRETMENLER TOPLANTI TUTANAĞI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020"/>
        <w:gridCol w:w="5020"/>
      </w:tblGrid>
      <w:tr w:rsidR="00C554A3" w14:paraId="1478FCD5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0D6E8F81" w14:textId="77777777" w:rsidR="00C554A3" w:rsidRDefault="00000000">
            <w:r>
              <w:rPr>
                <w:b/>
                <w:sz w:val="20"/>
              </w:rPr>
              <w:t>Ders</w:t>
            </w:r>
          </w:p>
        </w:tc>
        <w:tc>
          <w:tcPr>
            <w:tcW w:w="5020" w:type="dxa"/>
            <w:vAlign w:val="center"/>
          </w:tcPr>
          <w:p w14:paraId="65840321" w14:textId="77777777" w:rsidR="00C554A3" w:rsidRDefault="00000000">
            <w:r>
              <w:rPr>
                <w:sz w:val="20"/>
              </w:rPr>
              <w:t>Makine Elemanları ve Mekanizmalar</w:t>
            </w:r>
          </w:p>
        </w:tc>
      </w:tr>
      <w:tr w:rsidR="00C554A3" w14:paraId="0AEC001B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008823D1" w14:textId="77777777" w:rsidR="00C554A3" w:rsidRDefault="00000000">
            <w:r>
              <w:rPr>
                <w:b/>
                <w:sz w:val="20"/>
              </w:rPr>
              <w:t>Toplantı Tarihi</w:t>
            </w:r>
          </w:p>
        </w:tc>
        <w:tc>
          <w:tcPr>
            <w:tcW w:w="5020" w:type="dxa"/>
            <w:vAlign w:val="center"/>
          </w:tcPr>
          <w:p w14:paraId="01D2B164" w14:textId="77777777" w:rsidR="00C554A3" w:rsidRDefault="00000000">
            <w:r>
              <w:rPr>
                <w:sz w:val="20"/>
              </w:rPr>
              <w:t>10/09/2026</w:t>
            </w:r>
          </w:p>
        </w:tc>
      </w:tr>
      <w:tr w:rsidR="00C554A3" w14:paraId="1CF84671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1ACCC252" w14:textId="77777777" w:rsidR="00C554A3" w:rsidRDefault="00000000">
            <w:r>
              <w:rPr>
                <w:b/>
                <w:sz w:val="20"/>
              </w:rPr>
              <w:t>Toplantı Saati</w:t>
            </w:r>
          </w:p>
        </w:tc>
        <w:tc>
          <w:tcPr>
            <w:tcW w:w="5020" w:type="dxa"/>
            <w:vAlign w:val="center"/>
          </w:tcPr>
          <w:p w14:paraId="3C4778F6" w14:textId="77777777" w:rsidR="00C554A3" w:rsidRDefault="00000000">
            <w:r>
              <w:rPr>
                <w:sz w:val="20"/>
              </w:rPr>
              <w:t>11:00</w:t>
            </w:r>
          </w:p>
        </w:tc>
      </w:tr>
      <w:tr w:rsidR="00C554A3" w14:paraId="27B687EA" w14:textId="77777777">
        <w:trPr>
          <w:jc w:val="center"/>
        </w:trPr>
        <w:tc>
          <w:tcPr>
            <w:tcW w:w="5020" w:type="dxa"/>
            <w:shd w:val="clear" w:color="auto" w:fill="D9EAF7"/>
            <w:vAlign w:val="center"/>
          </w:tcPr>
          <w:p w14:paraId="7BB3250E" w14:textId="77777777" w:rsidR="00C554A3" w:rsidRDefault="00000000">
            <w:r>
              <w:rPr>
                <w:b/>
                <w:sz w:val="20"/>
              </w:rPr>
              <w:t>Toplantı No</w:t>
            </w:r>
          </w:p>
        </w:tc>
        <w:tc>
          <w:tcPr>
            <w:tcW w:w="5020" w:type="dxa"/>
            <w:vAlign w:val="center"/>
          </w:tcPr>
          <w:p w14:paraId="22A17948" w14:textId="177B2FFD" w:rsidR="00C554A3" w:rsidRDefault="00000000">
            <w:r>
              <w:rPr>
                <w:sz w:val="20"/>
              </w:rPr>
              <w:t>0</w:t>
            </w:r>
            <w:r w:rsidR="00E5079F">
              <w:rPr>
                <w:sz w:val="20"/>
              </w:rPr>
              <w:t>1</w:t>
            </w:r>
          </w:p>
        </w:tc>
      </w:tr>
    </w:tbl>
    <w:p w14:paraId="2088DDCC" w14:textId="77777777" w:rsidR="00C554A3" w:rsidRDefault="00C554A3"/>
    <w:p w14:paraId="3DB1A105" w14:textId="13747108" w:rsidR="00C554A3" w:rsidRDefault="00000000">
      <w:pPr>
        <w:spacing w:after="100"/>
        <w:jc w:val="both"/>
      </w:pPr>
      <w:r>
        <w:t xml:space="preserve">Toplantı Yeri: </w:t>
      </w:r>
      <w:proofErr w:type="spellStart"/>
      <w:r w:rsidR="000B5A18">
        <w:t>Makine</w:t>
      </w:r>
      <w:proofErr w:type="spellEnd"/>
      <w:r w:rsidR="000B5A18">
        <w:t xml:space="preserve"> </w:t>
      </w:r>
      <w:proofErr w:type="spellStart"/>
      <w:r w:rsidR="000B5A18">
        <w:t>ve</w:t>
      </w:r>
      <w:proofErr w:type="spellEnd"/>
      <w:r w:rsidR="000B5A18">
        <w:t xml:space="preserve"> </w:t>
      </w:r>
      <w:proofErr w:type="spellStart"/>
      <w:r w:rsidR="000B5A18">
        <w:t>Tasarım</w:t>
      </w:r>
      <w:proofErr w:type="spellEnd"/>
      <w:r w:rsidR="000B5A18">
        <w:t xml:space="preserve"> </w:t>
      </w:r>
      <w:proofErr w:type="spellStart"/>
      <w:r w:rsidR="000B5A18">
        <w:t>Teknolojisi</w:t>
      </w:r>
      <w:proofErr w:type="spellEnd"/>
      <w:r w:rsidR="000B5A18">
        <w:t xml:space="preserve"> </w:t>
      </w:r>
      <w:proofErr w:type="spellStart"/>
      <w:r w:rsidR="000B5A18">
        <w:t>Alanı</w:t>
      </w:r>
      <w:proofErr w:type="spellEnd"/>
      <w:r w:rsidR="000B5A18">
        <w:t xml:space="preserve"> </w:t>
      </w:r>
      <w:proofErr w:type="spellStart"/>
      <w:r w:rsidR="000B5A18">
        <w:t>Bilgisayar</w:t>
      </w:r>
      <w:proofErr w:type="spellEnd"/>
      <w:r w:rsidR="000B5A18">
        <w:t xml:space="preserve"> Lab.</w:t>
      </w:r>
    </w:p>
    <w:p w14:paraId="627B0259" w14:textId="77777777" w:rsidR="00C554A3" w:rsidRDefault="00000000">
      <w:pPr>
        <w:spacing w:after="100"/>
        <w:jc w:val="both"/>
      </w:pPr>
      <w:r>
        <w:t>Zümre Öğretmenleri: Özgür Kula, Muzaffer Avşar</w:t>
      </w:r>
    </w:p>
    <w:p w14:paraId="2415FFC1" w14:textId="77777777" w:rsidR="00C554A3" w:rsidRDefault="00000000">
      <w:pPr>
        <w:spacing w:after="100"/>
        <w:jc w:val="both"/>
      </w:pPr>
      <w:r>
        <w:t>Okul Müdürü: Nurettin Tombak</w:t>
      </w:r>
    </w:p>
    <w:p w14:paraId="7B014668" w14:textId="77777777" w:rsidR="00C554A3" w:rsidRDefault="00000000">
      <w:pPr>
        <w:jc w:val="center"/>
      </w:pPr>
      <w:r>
        <w:rPr>
          <w:b/>
          <w:sz w:val="22"/>
        </w:rPr>
        <w:t>GÜNDEM MADDELERİ</w:t>
      </w:r>
    </w:p>
    <w:p w14:paraId="7AF705EE" w14:textId="77777777" w:rsidR="00C554A3" w:rsidRDefault="00000000">
      <w:pPr>
        <w:pStyle w:val="ListeMaddemi"/>
        <w:spacing w:after="60"/>
      </w:pPr>
      <w:r>
        <w:rPr>
          <w:sz w:val="20"/>
        </w:rPr>
        <w:t>1. Açılış ve yoklama.</w:t>
      </w:r>
    </w:p>
    <w:p w14:paraId="71AB68EE" w14:textId="77777777" w:rsidR="00C554A3" w:rsidRDefault="00000000">
      <w:pPr>
        <w:pStyle w:val="ListeMaddemi"/>
        <w:spacing w:after="60"/>
      </w:pPr>
      <w:r>
        <w:rPr>
          <w:sz w:val="20"/>
        </w:rPr>
        <w:t>2. 2026-2027 eğitim öğretim yılında dersin uygulanmasına ilişkin planlama ve iş takviminin değerlendirilmesi.</w:t>
      </w:r>
    </w:p>
    <w:p w14:paraId="57E55AD6" w14:textId="77777777" w:rsidR="00C554A3" w:rsidRDefault="00000000">
      <w:pPr>
        <w:pStyle w:val="ListeMaddemi"/>
        <w:spacing w:after="60"/>
      </w:pPr>
      <w:r>
        <w:rPr>
          <w:sz w:val="20"/>
        </w:rPr>
        <w:t>3. Dersin öğretim programı, kazanımları ve yıllık planının incelenmesi.</w:t>
      </w:r>
    </w:p>
    <w:p w14:paraId="14DA9EA2" w14:textId="77777777" w:rsidR="00C554A3" w:rsidRDefault="00000000">
      <w:pPr>
        <w:pStyle w:val="ListeMaddemi"/>
        <w:spacing w:after="60"/>
      </w:pPr>
      <w:r>
        <w:rPr>
          <w:sz w:val="20"/>
        </w:rPr>
        <w:t>4. Atölye/laboratuvar uygulamaları, araç-gereç ve donanım ihtiyaçlarının değerlendirilmesi.</w:t>
      </w:r>
    </w:p>
    <w:p w14:paraId="22046CFE" w14:textId="77777777" w:rsidR="00C554A3" w:rsidRDefault="00000000">
      <w:pPr>
        <w:pStyle w:val="ListeMaddemi"/>
        <w:spacing w:after="60"/>
      </w:pPr>
      <w:r>
        <w:rPr>
          <w:sz w:val="20"/>
        </w:rPr>
        <w:t>5. Ölçme ve değerlendirme uygulamalarının belirlenmesi.</w:t>
      </w:r>
    </w:p>
    <w:p w14:paraId="1ED61255" w14:textId="77777777" w:rsidR="00C554A3" w:rsidRDefault="00000000">
      <w:pPr>
        <w:pStyle w:val="ListeMaddemi"/>
        <w:spacing w:after="60"/>
      </w:pPr>
      <w:r>
        <w:rPr>
          <w:sz w:val="20"/>
        </w:rPr>
        <w:t>6. İş sağlığı ve güvenliği ile ilgili hususların değerlendirilmesi.</w:t>
      </w:r>
    </w:p>
    <w:p w14:paraId="158A1A5A" w14:textId="77777777" w:rsidR="00C554A3" w:rsidRDefault="00000000">
      <w:pPr>
        <w:pStyle w:val="ListeMaddemi"/>
        <w:spacing w:after="60"/>
      </w:pPr>
      <w:r>
        <w:rPr>
          <w:sz w:val="20"/>
        </w:rPr>
        <w:t>7. Öğrencilerin bireysel farklılıkları ve öğrenme ihtiyaçlarına yönelik tedbirlerin görüşülmesi.</w:t>
      </w:r>
    </w:p>
    <w:p w14:paraId="6E21AF81" w14:textId="77777777" w:rsidR="00C554A3" w:rsidRDefault="00000000">
      <w:pPr>
        <w:pStyle w:val="ListeMaddemi"/>
        <w:spacing w:after="60"/>
      </w:pPr>
      <w:r>
        <w:rPr>
          <w:sz w:val="20"/>
        </w:rPr>
        <w:t>8. Dilek ve temenniler, kapanış.</w:t>
      </w:r>
    </w:p>
    <w:p w14:paraId="1D56ECA3" w14:textId="77777777" w:rsidR="00C554A3" w:rsidRDefault="00000000">
      <w:pPr>
        <w:jc w:val="center"/>
      </w:pPr>
      <w:r>
        <w:rPr>
          <w:b/>
          <w:sz w:val="22"/>
        </w:rPr>
        <w:t>GÖRÜŞÜLEN KONULAR VE ALINAN KARARLAR</w:t>
      </w:r>
    </w:p>
    <w:p w14:paraId="2AC0FDF6" w14:textId="77777777" w:rsidR="00C554A3" w:rsidRDefault="00000000">
      <w:pPr>
        <w:spacing w:after="100"/>
        <w:jc w:val="both"/>
      </w:pPr>
      <w:r>
        <w:t>1. Makine Elemanları ve Mekanizmalar dersinin 2026-2027 eğitim öğretim yılında ilgili öğretim programı ve okulun eğitim öğretim takvimi doğrultusunda yürütülmesine karar verilmiştir.</w:t>
      </w:r>
    </w:p>
    <w:p w14:paraId="48DB8A8D" w14:textId="77777777" w:rsidR="00C554A3" w:rsidRDefault="00000000">
      <w:pPr>
        <w:spacing w:after="100"/>
        <w:jc w:val="both"/>
      </w:pPr>
      <w:r>
        <w:t>2. Dersin yıllık planının, öğretim programında yer alan amaç, kazanım ve açıklamalar dikkate alınarak hazırlanmasına; konu ve uygulamaların öğrencilerin seviyelerine uygun, aşamalı ve uygulama ağırlıklı biçimde yürütülmesine karar verilmiştir.</w:t>
      </w:r>
    </w:p>
    <w:p w14:paraId="295F284D" w14:textId="77777777" w:rsidR="00C554A3" w:rsidRDefault="00000000">
      <w:pPr>
        <w:spacing w:after="100"/>
        <w:jc w:val="both"/>
      </w:pPr>
      <w:r>
        <w:t>3. Teorik anlatımların mümkün olduğunca uygulama, çizim, örnek, problem çözme ve öğrencinin aktif katılımını sağlayacak çalışmalarla desteklenmesine karar verilmiştir.</w:t>
      </w:r>
    </w:p>
    <w:p w14:paraId="4299ED16" w14:textId="77777777" w:rsidR="00C554A3" w:rsidRDefault="00000000">
      <w:pPr>
        <w:spacing w:after="100"/>
        <w:jc w:val="both"/>
      </w:pPr>
      <w:r>
        <w:t>4. Ders kapsamında kullanılacak makine, teçhizat, çizim araçları, bilgisayar destekli uygulamalar ve diğer eğitim materyallerinin ders öncesinde kontrol edilmesine; eksik ve arızalı araç-gereçlerin okul yönetimine bildirilmesine karar verilmiştir.</w:t>
      </w:r>
    </w:p>
    <w:p w14:paraId="26293A0A" w14:textId="77777777" w:rsidR="00C554A3" w:rsidRDefault="00000000">
      <w:pPr>
        <w:spacing w:after="100"/>
        <w:jc w:val="both"/>
      </w:pPr>
      <w:r>
        <w:t>5. Ölçme ve değerlendirme çalışmalarında öğrencilerin bilgi, beceri, uygulama ve problem çözme yeterliklerinin birlikte değerlendirilmesine; sınav, uygulama, performans ve ders içi çalışmaların öğretim programındaki kazanımlarla uyumlu olmasına karar verilmiştir.</w:t>
      </w:r>
    </w:p>
    <w:p w14:paraId="16A44B55" w14:textId="77777777" w:rsidR="00C554A3" w:rsidRDefault="00000000">
      <w:pPr>
        <w:spacing w:after="100"/>
        <w:jc w:val="both"/>
      </w:pPr>
      <w:r>
        <w:t>6. Uygulamalı çalışmalarda iş sağlığı ve güvenliği kurallarının öğrencilere açıklanmasına ve tüm çalışmalar boyunca kişisel koruyucu donanım, atölye düzeni, makine güvenliği ve çalışma disiplinine azami dikkat edilmesine karar verilmiştir.</w:t>
      </w:r>
    </w:p>
    <w:p w14:paraId="37EAAA1C" w14:textId="77777777" w:rsidR="00C554A3" w:rsidRDefault="00000000">
      <w:pPr>
        <w:spacing w:after="100"/>
        <w:jc w:val="both"/>
      </w:pPr>
      <w:r>
        <w:lastRenderedPageBreak/>
        <w:t>7. Öğrenme güçlüğü yaşayan veya farklı öğrenme hızlarına sahip öğrenciler için gerekli görülen durumlarda ek açıklama, tekrar, örnek uygulama ve bireysel destek çalışmalarına yer verilmesine karar verilmiştir.</w:t>
      </w:r>
    </w:p>
    <w:p w14:paraId="408CD0C9" w14:textId="77777777" w:rsidR="00C554A3" w:rsidRDefault="00000000">
      <w:pPr>
        <w:spacing w:after="100"/>
        <w:jc w:val="both"/>
      </w:pPr>
      <w:r>
        <w:t>8. Dersin diğer alan dersleriyle ilişkisi gözetilerek öğrencilerin mesleki bilgi ve becerilerini bütüncül biçimde geliştirecek çalışmalar yapılmasına karar verilmiştir.</w:t>
      </w:r>
    </w:p>
    <w:p w14:paraId="753275F9" w14:textId="77777777" w:rsidR="00C554A3" w:rsidRDefault="00000000">
      <w:pPr>
        <w:spacing w:after="100"/>
        <w:jc w:val="both"/>
      </w:pPr>
      <w:r>
        <w:t>9. Öğrencilerin ders araç-gereçlerini düzenli ve amacına uygun kullanmaları, çalışmalarını zamanında tamamlamaları ve atölye/uygulama alanlarını temiz ve düzenli bırakmaları konusunda gerekli rehberliğin yapılmasına karar verilmiştir.</w:t>
      </w:r>
    </w:p>
    <w:p w14:paraId="2BE4D22F" w14:textId="77777777" w:rsidR="00C554A3" w:rsidRDefault="00000000">
      <w:pPr>
        <w:spacing w:after="100"/>
        <w:jc w:val="both"/>
      </w:pPr>
      <w:r>
        <w:t>10. Eğitim öğretim yılı içerisinde ortaya çıkabilecek ihtiyaç ve değişikliklerin zümre öğretmenleri arasında değerlendirilmesine ve gerekli görülen hususların okul yönetimiyle koordineli biçimde yürütülmesine karar verilmiştir.</w:t>
      </w:r>
    </w:p>
    <w:p w14:paraId="04603151" w14:textId="77777777" w:rsidR="00C554A3" w:rsidRDefault="00000000">
      <w:pPr>
        <w:jc w:val="center"/>
      </w:pPr>
      <w:r>
        <w:rPr>
          <w:b/>
          <w:sz w:val="22"/>
        </w:rPr>
        <w:t>SONUÇ</w:t>
      </w:r>
    </w:p>
    <w:p w14:paraId="7950948A" w14:textId="77777777" w:rsidR="00C554A3" w:rsidRDefault="00000000">
      <w:pPr>
        <w:spacing w:after="100"/>
        <w:jc w:val="both"/>
      </w:pPr>
      <w:r>
        <w:t>Yukarıda belirtilen gündem maddeleri görüşülmüş, alınan kararların 2026-2027 eğitim öğretim yılı boyunca uygulanmasına karar verilmiştir. İşbu tutanak tarafımızca düzenlenerek imza altına alınmıştır.</w:t>
      </w:r>
    </w:p>
    <w:p w14:paraId="235F611B" w14:textId="77777777" w:rsidR="00C554A3" w:rsidRDefault="00C554A3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347"/>
        <w:gridCol w:w="3347"/>
        <w:gridCol w:w="3347"/>
      </w:tblGrid>
      <w:tr w:rsidR="00C554A3" w14:paraId="7CCC1250" w14:textId="77777777">
        <w:trPr>
          <w:jc w:val="center"/>
        </w:trPr>
        <w:tc>
          <w:tcPr>
            <w:tcW w:w="3347" w:type="dxa"/>
            <w:shd w:val="clear" w:color="auto" w:fill="D9EAF7"/>
          </w:tcPr>
          <w:p w14:paraId="1D1CFCBD" w14:textId="77777777" w:rsidR="00C554A3" w:rsidRDefault="00000000">
            <w:pPr>
              <w:jc w:val="center"/>
            </w:pPr>
            <w:r>
              <w:rPr>
                <w:b/>
                <w:sz w:val="19"/>
              </w:rPr>
              <w:t>Zümre Öğretmeni</w:t>
            </w:r>
          </w:p>
        </w:tc>
        <w:tc>
          <w:tcPr>
            <w:tcW w:w="3347" w:type="dxa"/>
            <w:shd w:val="clear" w:color="auto" w:fill="D9EAF7"/>
          </w:tcPr>
          <w:p w14:paraId="7C188D69" w14:textId="77777777" w:rsidR="00C554A3" w:rsidRDefault="00000000">
            <w:pPr>
              <w:jc w:val="center"/>
            </w:pPr>
            <w:r>
              <w:rPr>
                <w:b/>
                <w:sz w:val="19"/>
              </w:rPr>
              <w:t>Zümre Öğretmeni</w:t>
            </w:r>
          </w:p>
        </w:tc>
        <w:tc>
          <w:tcPr>
            <w:tcW w:w="3347" w:type="dxa"/>
            <w:shd w:val="clear" w:color="auto" w:fill="D9EAF7"/>
          </w:tcPr>
          <w:p w14:paraId="54F60289" w14:textId="77777777" w:rsidR="00C554A3" w:rsidRDefault="00000000">
            <w:pPr>
              <w:jc w:val="center"/>
            </w:pPr>
            <w:r>
              <w:rPr>
                <w:b/>
                <w:sz w:val="19"/>
              </w:rPr>
              <w:t>Okul Müdürü</w:t>
            </w:r>
          </w:p>
        </w:tc>
      </w:tr>
      <w:tr w:rsidR="00C554A3" w14:paraId="2A371F16" w14:textId="77777777">
        <w:trPr>
          <w:jc w:val="center"/>
        </w:trPr>
        <w:tc>
          <w:tcPr>
            <w:tcW w:w="3347" w:type="dxa"/>
          </w:tcPr>
          <w:p w14:paraId="3BE79161" w14:textId="77777777" w:rsidR="00C554A3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Özgür Kula</w:t>
            </w:r>
            <w:r>
              <w:rPr>
                <w:sz w:val="19"/>
              </w:rPr>
              <w:br/>
              <w:t>İmza</w:t>
            </w:r>
          </w:p>
        </w:tc>
        <w:tc>
          <w:tcPr>
            <w:tcW w:w="3347" w:type="dxa"/>
          </w:tcPr>
          <w:p w14:paraId="3DC11C11" w14:textId="77777777" w:rsidR="00C554A3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Muzaffer Avşar</w:t>
            </w:r>
            <w:r>
              <w:rPr>
                <w:sz w:val="19"/>
              </w:rPr>
              <w:br/>
              <w:t>İmza</w:t>
            </w:r>
          </w:p>
        </w:tc>
        <w:tc>
          <w:tcPr>
            <w:tcW w:w="3347" w:type="dxa"/>
          </w:tcPr>
          <w:p w14:paraId="345E8C3F" w14:textId="77777777" w:rsidR="00C554A3" w:rsidRDefault="00000000">
            <w:pPr>
              <w:jc w:val="center"/>
            </w:pP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Nurettin Tombak</w:t>
            </w:r>
            <w:r>
              <w:rPr>
                <w:sz w:val="19"/>
              </w:rPr>
              <w:br/>
              <w:t>İmza</w:t>
            </w:r>
          </w:p>
        </w:tc>
      </w:tr>
    </w:tbl>
    <w:p w14:paraId="1FB04C70" w14:textId="77777777" w:rsidR="00E75C39" w:rsidRDefault="00E75C39"/>
    <w:sectPr w:rsidR="00E75C39" w:rsidSect="00034616"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4910686">
    <w:abstractNumId w:val="8"/>
  </w:num>
  <w:num w:numId="2" w16cid:durableId="1579822623">
    <w:abstractNumId w:val="6"/>
  </w:num>
  <w:num w:numId="3" w16cid:durableId="665672645">
    <w:abstractNumId w:val="5"/>
  </w:num>
  <w:num w:numId="4" w16cid:durableId="2057076624">
    <w:abstractNumId w:val="4"/>
  </w:num>
  <w:num w:numId="5" w16cid:durableId="963344448">
    <w:abstractNumId w:val="7"/>
  </w:num>
  <w:num w:numId="6" w16cid:durableId="288977630">
    <w:abstractNumId w:val="3"/>
  </w:num>
  <w:num w:numId="7" w16cid:durableId="1799568867">
    <w:abstractNumId w:val="2"/>
  </w:num>
  <w:num w:numId="8" w16cid:durableId="231352875">
    <w:abstractNumId w:val="1"/>
  </w:num>
  <w:num w:numId="9" w16cid:durableId="328366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A18"/>
    <w:rsid w:val="0015074B"/>
    <w:rsid w:val="0029639D"/>
    <w:rsid w:val="00326F90"/>
    <w:rsid w:val="00AA1D8D"/>
    <w:rsid w:val="00B47730"/>
    <w:rsid w:val="00C554A3"/>
    <w:rsid w:val="00CB0664"/>
    <w:rsid w:val="00E5079F"/>
    <w:rsid w:val="00E75C39"/>
    <w:rsid w:val="00F664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2ADA83"/>
  <w14:defaultImageDpi w14:val="300"/>
  <w15:docId w15:val="{663901D5-A023-45D8-BC52-4EBAF403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makina</cp:lastModifiedBy>
  <cp:revision>3</cp:revision>
  <dcterms:created xsi:type="dcterms:W3CDTF">2013-12-23T23:15:00Z</dcterms:created>
  <dcterms:modified xsi:type="dcterms:W3CDTF">2026-09-11T09:33:00Z</dcterms:modified>
  <cp:category/>
</cp:coreProperties>
</file>